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4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6"/>
      </w:tblGrid>
      <w:tr w:rsidR="00F26445" w14:paraId="0587B513" w14:textId="77777777" w:rsidTr="00F26445">
        <w:trPr>
          <w:trHeight w:val="377"/>
        </w:trPr>
        <w:tc>
          <w:tcPr>
            <w:tcW w:w="6436" w:type="dxa"/>
          </w:tcPr>
          <w:p w14:paraId="4BC81763" w14:textId="77777777" w:rsidR="00F26445" w:rsidRDefault="00F26445">
            <w:pPr>
              <w:spacing w:after="20" w:line="252" w:lineRule="auto"/>
            </w:pPr>
            <w:r>
              <w:rPr>
                <w:rFonts w:eastAsia="Cambria" w:cs="Cambria"/>
                <w:b/>
                <w:i/>
                <w:color w:val="000000"/>
                <w:sz w:val="27"/>
              </w:rPr>
              <w:t>St. Joseph’s Anglo-Chinese School</w:t>
            </w:r>
          </w:p>
          <w:p w14:paraId="56360C14" w14:textId="77777777" w:rsidR="00F26445" w:rsidRDefault="00F26445" w:rsidP="00F26445">
            <w:pPr>
              <w:spacing w:after="20"/>
            </w:pPr>
            <w:r>
              <w:rPr>
                <w:rFonts w:eastAsia="Cambria" w:cs="Cambria"/>
                <w:b/>
                <w:i/>
                <w:color w:val="000000"/>
                <w:sz w:val="24"/>
              </w:rPr>
              <w:t>Form 6 English Language</w:t>
            </w:r>
          </w:p>
          <w:p w14:paraId="727A304E" w14:textId="0A8F3B93" w:rsidR="00F26445" w:rsidRDefault="00F26445">
            <w:pPr>
              <w:spacing w:after="0" w:line="252" w:lineRule="auto"/>
            </w:pPr>
            <w:r>
              <w:rPr>
                <w:rFonts w:eastAsia="Cambria" w:cs="Cambria"/>
                <w:b/>
                <w:i/>
                <w:color w:val="000000"/>
                <w:sz w:val="19"/>
              </w:rPr>
              <w:t xml:space="preserve">Paper 4 Speaking – Exam Practice (DSE 2023 Set 7.1)</w:t>
            </w:r>
          </w:p>
        </w:tc>
      </w:tr>
    </w:tbl>
    <w:p w14:paraId="423A5027" w14:textId="1C76C45C" w:rsidR="00FA2091" w:rsidRDefault="00F26445">
      <w:pPr>
        <w:pBdr>
          <w:bottom w:val="single" w:sz="30" w:space="1" w:color="000000"/>
        </w:pBdr>
        <w:spacing w:after="120" w:line="268" w:lineRule="auto"/>
      </w:pPr>
      <w:r w:rsidRPr="005979B2">
        <w:rPr>
          <w:rFonts w:ascii="Trebuchet MS" w:hAnsi="Trebuchet MS"/>
          <w:b/>
          <w:i/>
          <w:noProof/>
          <w:szCs w:val="20"/>
          <w:lang w:eastAsia="zh-TW"/>
        </w:rPr>
        <w:drawing>
          <wp:anchor distT="0" distB="0" distL="114300" distR="114300" simplePos="0" relativeHeight="251658240" behindDoc="0" locked="0" layoutInCell="1" allowOverlap="1" wp14:anchorId="58CB6576" wp14:editId="10077E91">
            <wp:simplePos x="0" y="0"/>
            <wp:positionH relativeFrom="column">
              <wp:posOffset>4676501</wp:posOffset>
            </wp:positionH>
            <wp:positionV relativeFrom="paragraph">
              <wp:posOffset>-545980</wp:posOffset>
            </wp:positionV>
            <wp:extent cx="1838325" cy="571500"/>
            <wp:effectExtent l="0" t="0" r="9525" b="0"/>
            <wp:wrapNone/>
            <wp:docPr id="9" name="Picture 9" descr="A white rectangular object with black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white rectangular object with black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21AF20" w14:textId="67B817D2" w:rsidR="00FA2091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29C065C0" wp14:editId="551B2158">
            <wp:extent cx="6567399" cy="8039009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am_page_full.png"/>
                    <pic:cNvPicPr/>
                  </pic:nvPicPr>
                  <pic:blipFill rotWithShape="1">
                    <a:blip r:embed="rId7"/>
                    <a:srcRect l="11476" t="17749" r="6019" b="10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015" cy="8111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288DDE" w14:textId="77777777" w:rsidR="00093CA2" w:rsidRDefault="00093CA2" w:rsidP="00093CA2">
      <w:pPr>
        <w:keepNext/>
        <w:spacing w:before="240" w:after="100" w:line="268" w:lineRule="auto"/>
      </w:pPr>
      <w:r>
        <w:rPr>
          <w:rFonts w:eastAsia="Cambria" w:cs="Cambria"/>
          <w:b/>
          <w:color w:val="548235"/>
          <w:sz w:val="26"/>
          <w:u w:val="single"/>
        </w:rPr>
        <w:lastRenderedPageBreak/>
        <w:t>Note Grid – Your Notes for the Discussion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058"/>
        <w:gridCol w:w="5310"/>
      </w:tblGrid>
      <w:tr w:rsidR="00093CA2" w14:paraId="049D63C9" w14:textId="77777777" w:rsidTr="00572DF5">
        <w:tc>
          <w:tcPr>
            <w:tcW w:w="5058" w:type="dxa"/>
          </w:tcPr>
          <w:p w14:paraId="38D735C5" w14:textId="77777777" w:rsidR="00093CA2" w:rsidRDefault="00093CA2" w:rsidP="00572DF5">
            <w:pPr>
              <w:spacing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 xml:space="preserve">1.  Hong Kong people’s attitude towards time</w:t>
            </w:r>
          </w:p>
          <w:p w14:paraId="3336A248" w14:textId="77777777" w:rsidR="00093CA2" w:rsidRDefault="00093CA2" w:rsidP="00572DF5">
            <w:pPr>
              <w:spacing w:line="324" w:lineRule="auto"/>
            </w:pPr>
          </w:p>
          <w:p w14:paraId="51FC6438" w14:textId="77777777" w:rsidR="00093CA2" w:rsidRDefault="00093CA2" w:rsidP="00572DF5">
            <w:pPr>
              <w:spacing w:line="324" w:lineRule="auto"/>
            </w:pPr>
          </w:p>
          <w:p w14:paraId="5A9D9DCC" w14:textId="77777777" w:rsidR="00093CA2" w:rsidRDefault="00093CA2" w:rsidP="00572DF5">
            <w:pPr>
              <w:spacing w:line="324" w:lineRule="auto"/>
            </w:pPr>
          </w:p>
          <w:p w14:paraId="6BBB72B3" w14:textId="77777777" w:rsidR="00093CA2" w:rsidRDefault="00093CA2" w:rsidP="00572DF5">
            <w:pPr>
              <w:spacing w:line="324" w:lineRule="auto"/>
            </w:pPr>
          </w:p>
          <w:p w14:paraId="112C23D5" w14:textId="77777777" w:rsidR="00093CA2" w:rsidRDefault="00093CA2" w:rsidP="00572DF5">
            <w:pPr>
              <w:spacing w:line="324" w:lineRule="auto"/>
            </w:pPr>
          </w:p>
          <w:p w14:paraId="65675DF2" w14:textId="77777777" w:rsidR="00093CA2" w:rsidRDefault="00093CA2" w:rsidP="00572DF5">
            <w:pPr>
              <w:spacing w:line="324" w:lineRule="auto"/>
            </w:pPr>
          </w:p>
          <w:p w14:paraId="498BF643" w14:textId="77777777" w:rsidR="00093CA2" w:rsidRDefault="00093CA2" w:rsidP="00572DF5">
            <w:pPr>
              <w:spacing w:line="324" w:lineRule="auto"/>
            </w:pPr>
          </w:p>
          <w:p w14:paraId="19735104" w14:textId="77777777" w:rsidR="00093CA2" w:rsidRDefault="00093CA2" w:rsidP="00572DF5">
            <w:pPr>
              <w:spacing w:line="324" w:lineRule="auto"/>
            </w:pPr>
          </w:p>
          <w:p w14:paraId="77F7D6C6" w14:textId="77777777" w:rsidR="00093CA2" w:rsidRDefault="00093CA2" w:rsidP="00572DF5">
            <w:pPr>
              <w:spacing w:line="324" w:lineRule="auto"/>
            </w:pPr>
          </w:p>
          <w:p w14:paraId="79F75F57" w14:textId="77777777" w:rsidR="00093CA2" w:rsidRDefault="00093CA2" w:rsidP="00572DF5">
            <w:pPr>
              <w:spacing w:line="324" w:lineRule="auto"/>
            </w:pPr>
          </w:p>
          <w:p w14:paraId="22117EB9" w14:textId="77777777" w:rsidR="00093CA2" w:rsidRDefault="00093CA2" w:rsidP="00572DF5">
            <w:pPr>
              <w:spacing w:line="324" w:lineRule="auto"/>
            </w:pPr>
          </w:p>
          <w:p w14:paraId="14374B43" w14:textId="77777777" w:rsidR="00093CA2" w:rsidRDefault="00093CA2" w:rsidP="00572DF5">
            <w:pPr>
              <w:spacing w:line="324" w:lineRule="auto"/>
            </w:pPr>
          </w:p>
        </w:tc>
        <w:tc>
          <w:tcPr>
            <w:tcW w:w="5310" w:type="dxa"/>
          </w:tcPr>
          <w:p w14:paraId="284F0AD4" w14:textId="77777777" w:rsidR="00093CA2" w:rsidRDefault="00093CA2" w:rsidP="00572DF5">
            <w:pPr>
              <w:spacing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 xml:space="preserve">2.  whether attitudes towards time are changing</w:t>
            </w:r>
          </w:p>
          <w:p w14:paraId="7B5F3769" w14:textId="77777777" w:rsidR="00093CA2" w:rsidRDefault="00093CA2" w:rsidP="00572DF5">
            <w:pPr>
              <w:spacing w:line="324" w:lineRule="auto"/>
            </w:pPr>
          </w:p>
          <w:p w14:paraId="0EDDB387" w14:textId="77777777" w:rsidR="00093CA2" w:rsidRDefault="00093CA2" w:rsidP="00572DF5">
            <w:pPr>
              <w:spacing w:line="324" w:lineRule="auto"/>
            </w:pPr>
          </w:p>
          <w:p w14:paraId="6A3D0999" w14:textId="77777777" w:rsidR="00093CA2" w:rsidRDefault="00093CA2" w:rsidP="00572DF5">
            <w:pPr>
              <w:spacing w:line="324" w:lineRule="auto"/>
            </w:pPr>
          </w:p>
          <w:p w14:paraId="42A61E54" w14:textId="77777777" w:rsidR="00093CA2" w:rsidRDefault="00093CA2" w:rsidP="00572DF5">
            <w:pPr>
              <w:spacing w:line="324" w:lineRule="auto"/>
            </w:pPr>
          </w:p>
          <w:p w14:paraId="79E65DFE" w14:textId="77777777" w:rsidR="00093CA2" w:rsidRDefault="00093CA2" w:rsidP="00572DF5">
            <w:pPr>
              <w:spacing w:line="324" w:lineRule="auto"/>
            </w:pPr>
          </w:p>
          <w:p w14:paraId="15B0E58B" w14:textId="77777777" w:rsidR="00093CA2" w:rsidRDefault="00093CA2" w:rsidP="00572DF5">
            <w:pPr>
              <w:spacing w:line="324" w:lineRule="auto"/>
            </w:pPr>
          </w:p>
          <w:p w14:paraId="3E62BA2C" w14:textId="77777777" w:rsidR="00093CA2" w:rsidRDefault="00093CA2" w:rsidP="00572DF5">
            <w:pPr>
              <w:spacing w:line="324" w:lineRule="auto"/>
            </w:pPr>
          </w:p>
          <w:p w14:paraId="6C8CF80F" w14:textId="77777777" w:rsidR="00093CA2" w:rsidRDefault="00093CA2" w:rsidP="00572DF5">
            <w:pPr>
              <w:spacing w:line="324" w:lineRule="auto"/>
            </w:pPr>
          </w:p>
          <w:p w14:paraId="77153BA0" w14:textId="77777777" w:rsidR="00093CA2" w:rsidRDefault="00093CA2" w:rsidP="00572DF5">
            <w:pPr>
              <w:spacing w:line="324" w:lineRule="auto"/>
            </w:pPr>
          </w:p>
        </w:tc>
      </w:tr>
      <w:tr w:rsidR="00093CA2" w14:paraId="764517C8" w14:textId="77777777" w:rsidTr="00572DF5">
        <w:tc>
          <w:tcPr>
            <w:tcW w:w="5058" w:type="dxa"/>
          </w:tcPr>
          <w:p w14:paraId="2509D6D6" w14:textId="77777777" w:rsidR="00093CA2" w:rsidRDefault="00093CA2" w:rsidP="00572DF5">
            <w:pPr>
              <w:spacing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 xml:space="preserve">3.  how to live a more slow-paced life</w:t>
            </w:r>
          </w:p>
          <w:p w14:paraId="058387CB" w14:textId="77777777" w:rsidR="00093CA2" w:rsidRDefault="00093CA2" w:rsidP="00572DF5">
            <w:pPr>
              <w:spacing w:line="324" w:lineRule="auto"/>
            </w:pPr>
          </w:p>
          <w:p w14:paraId="21FD2521" w14:textId="77777777" w:rsidR="00093CA2" w:rsidRDefault="00093CA2" w:rsidP="00572DF5">
            <w:pPr>
              <w:spacing w:line="324" w:lineRule="auto"/>
            </w:pPr>
          </w:p>
          <w:p w14:paraId="0786272D" w14:textId="77777777" w:rsidR="00093CA2" w:rsidRDefault="00093CA2" w:rsidP="00572DF5">
            <w:pPr>
              <w:spacing w:line="324" w:lineRule="auto"/>
            </w:pPr>
          </w:p>
          <w:p w14:paraId="4099A810" w14:textId="77777777" w:rsidR="00093CA2" w:rsidRDefault="00093CA2" w:rsidP="00572DF5">
            <w:pPr>
              <w:spacing w:line="324" w:lineRule="auto"/>
            </w:pPr>
          </w:p>
          <w:p w14:paraId="61D148EC" w14:textId="77777777" w:rsidR="00093CA2" w:rsidRDefault="00093CA2" w:rsidP="00572DF5">
            <w:pPr>
              <w:spacing w:line="324" w:lineRule="auto"/>
            </w:pPr>
          </w:p>
          <w:p w14:paraId="34E78124" w14:textId="77777777" w:rsidR="00093CA2" w:rsidRDefault="00093CA2" w:rsidP="00572DF5">
            <w:pPr>
              <w:spacing w:line="324" w:lineRule="auto"/>
            </w:pPr>
          </w:p>
          <w:p w14:paraId="30522223" w14:textId="77777777" w:rsidR="00093CA2" w:rsidRDefault="00093CA2" w:rsidP="00572DF5">
            <w:pPr>
              <w:spacing w:line="324" w:lineRule="auto"/>
            </w:pPr>
          </w:p>
          <w:p w14:paraId="59F46D4F" w14:textId="77777777" w:rsidR="00093CA2" w:rsidRDefault="00093CA2" w:rsidP="00572DF5">
            <w:pPr>
              <w:spacing w:line="324" w:lineRule="auto"/>
            </w:pPr>
          </w:p>
          <w:p w14:paraId="11124C50" w14:textId="77777777" w:rsidR="00093CA2" w:rsidRDefault="00093CA2" w:rsidP="00572DF5">
            <w:pPr>
              <w:spacing w:line="324" w:lineRule="auto"/>
            </w:pPr>
          </w:p>
          <w:p w14:paraId="06066006" w14:textId="77777777" w:rsidR="00093CA2" w:rsidRDefault="00093CA2" w:rsidP="00572DF5">
            <w:pPr>
              <w:spacing w:line="324" w:lineRule="auto"/>
            </w:pPr>
          </w:p>
        </w:tc>
        <w:tc>
          <w:tcPr>
            <w:tcW w:w="5310" w:type="dxa"/>
          </w:tcPr>
          <w:p w14:paraId="3D9E7A2E" w14:textId="77777777" w:rsidR="00093CA2" w:rsidRDefault="00093CA2" w:rsidP="00572DF5">
            <w:pPr>
              <w:spacing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 xml:space="preserve">4.  anything else you think is important</w:t>
            </w:r>
          </w:p>
          <w:p w14:paraId="03C212CD" w14:textId="77777777" w:rsidR="00093CA2" w:rsidRDefault="00093CA2" w:rsidP="00572DF5">
            <w:pPr>
              <w:spacing w:line="324" w:lineRule="auto"/>
            </w:pPr>
          </w:p>
          <w:p w14:paraId="4757FF04" w14:textId="77777777" w:rsidR="00093CA2" w:rsidRDefault="00093CA2" w:rsidP="00572DF5">
            <w:pPr>
              <w:spacing w:line="324" w:lineRule="auto"/>
            </w:pPr>
          </w:p>
          <w:p w14:paraId="15DF0D4E" w14:textId="77777777" w:rsidR="00093CA2" w:rsidRDefault="00093CA2" w:rsidP="00572DF5">
            <w:pPr>
              <w:spacing w:line="324" w:lineRule="auto"/>
            </w:pPr>
          </w:p>
          <w:p w14:paraId="290E1C70" w14:textId="77777777" w:rsidR="00093CA2" w:rsidRDefault="00093CA2" w:rsidP="00572DF5">
            <w:pPr>
              <w:spacing w:line="324" w:lineRule="auto"/>
            </w:pPr>
          </w:p>
          <w:p w14:paraId="1D65C9E2" w14:textId="77777777" w:rsidR="00093CA2" w:rsidRDefault="00093CA2" w:rsidP="00572DF5">
            <w:pPr>
              <w:spacing w:line="324" w:lineRule="auto"/>
            </w:pPr>
          </w:p>
          <w:p w14:paraId="64FEAABB" w14:textId="77777777" w:rsidR="00093CA2" w:rsidRDefault="00093CA2" w:rsidP="00572DF5">
            <w:pPr>
              <w:spacing w:line="324" w:lineRule="auto"/>
            </w:pPr>
          </w:p>
          <w:p w14:paraId="18E8BAA7" w14:textId="77777777" w:rsidR="00093CA2" w:rsidRDefault="00093CA2" w:rsidP="00572DF5">
            <w:pPr>
              <w:spacing w:line="324" w:lineRule="auto"/>
            </w:pPr>
          </w:p>
          <w:p w14:paraId="334D4FAB" w14:textId="77777777" w:rsidR="00093CA2" w:rsidRDefault="00093CA2" w:rsidP="00572DF5">
            <w:pPr>
              <w:spacing w:line="324" w:lineRule="auto"/>
            </w:pPr>
          </w:p>
          <w:p w14:paraId="37F61309" w14:textId="77777777" w:rsidR="00093CA2" w:rsidRDefault="00093CA2" w:rsidP="00572DF5">
            <w:pPr>
              <w:spacing w:line="324" w:lineRule="auto"/>
            </w:pPr>
          </w:p>
        </w:tc>
      </w:tr>
    </w:tbl>
    <w:p w14:paraId="53AE59DA" w14:textId="77777777" w:rsidR="00093CA2" w:rsidRDefault="00093CA2" w:rsidP="00093CA2">
      <w:pPr>
        <w:spacing w:after="0" w:line="268" w:lineRule="auto"/>
      </w:pPr>
    </w:p>
    <w:p w14:paraId="62B9E652" w14:textId="77777777" w:rsidR="00093CA2" w:rsidRDefault="00093CA2" w:rsidP="00093CA2">
      <w:pPr>
        <w:keepNext/>
        <w:spacing w:before="240" w:after="100" w:line="268" w:lineRule="auto"/>
      </w:pPr>
      <w:r>
        <w:rPr>
          <w:rFonts w:eastAsia="Cambria" w:cs="Cambria"/>
          <w:b/>
          <w:color w:val="548235"/>
          <w:sz w:val="26"/>
          <w:u w:val="single"/>
        </w:rPr>
        <w:t>Note Grid – Your Notes for Part B Individual Response Questions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058"/>
        <w:gridCol w:w="5310"/>
      </w:tblGrid>
      <w:tr w:rsidR="00093CA2" w14:paraId="1FF91C38" w14:textId="77777777" w:rsidTr="00572DF5">
        <w:tc>
          <w:tcPr>
            <w:tcW w:w="5058" w:type="dxa"/>
          </w:tcPr>
          <w:p w14:paraId="10C5C7BC" w14:textId="77777777" w:rsidR="00093CA2" w:rsidRDefault="00093CA2" w:rsidP="00572DF5">
            <w:pPr>
              <w:spacing w:before="240"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>Question: ___________</w:t>
            </w:r>
          </w:p>
          <w:p w14:paraId="0E8C3903" w14:textId="77777777" w:rsidR="00093CA2" w:rsidRDefault="00093CA2" w:rsidP="00572DF5">
            <w:pPr>
              <w:spacing w:line="324" w:lineRule="auto"/>
            </w:pPr>
          </w:p>
          <w:p w14:paraId="3473E708" w14:textId="77777777" w:rsidR="00093CA2" w:rsidRDefault="00093CA2" w:rsidP="00572DF5">
            <w:pPr>
              <w:spacing w:line="324" w:lineRule="auto"/>
            </w:pPr>
          </w:p>
          <w:p w14:paraId="5D72E78F" w14:textId="77777777" w:rsidR="00093CA2" w:rsidRDefault="00093CA2" w:rsidP="00572DF5">
            <w:pPr>
              <w:spacing w:line="324" w:lineRule="auto"/>
            </w:pPr>
          </w:p>
          <w:p w14:paraId="201889B0" w14:textId="77777777" w:rsidR="00093CA2" w:rsidRDefault="00093CA2" w:rsidP="00572DF5">
            <w:pPr>
              <w:spacing w:line="324" w:lineRule="auto"/>
            </w:pPr>
          </w:p>
        </w:tc>
        <w:tc>
          <w:tcPr>
            <w:tcW w:w="5310" w:type="dxa"/>
          </w:tcPr>
          <w:p w14:paraId="6866D736" w14:textId="77777777" w:rsidR="00093CA2" w:rsidRDefault="00093CA2" w:rsidP="00572DF5">
            <w:pPr>
              <w:spacing w:before="240"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>Question: _____________</w:t>
            </w:r>
          </w:p>
          <w:p w14:paraId="4C5B2E40" w14:textId="77777777" w:rsidR="00093CA2" w:rsidRDefault="00093CA2" w:rsidP="00572DF5">
            <w:pPr>
              <w:spacing w:line="324" w:lineRule="auto"/>
            </w:pPr>
          </w:p>
          <w:p w14:paraId="610A1BD9" w14:textId="77777777" w:rsidR="00093CA2" w:rsidRDefault="00093CA2" w:rsidP="00572DF5">
            <w:pPr>
              <w:spacing w:line="324" w:lineRule="auto"/>
            </w:pPr>
          </w:p>
          <w:p w14:paraId="5BDB426D" w14:textId="77777777" w:rsidR="00093CA2" w:rsidRDefault="00093CA2" w:rsidP="00572DF5">
            <w:pPr>
              <w:spacing w:line="324" w:lineRule="auto"/>
            </w:pPr>
          </w:p>
          <w:p w14:paraId="05902D56" w14:textId="77777777" w:rsidR="00093CA2" w:rsidRDefault="00093CA2" w:rsidP="00572DF5">
            <w:pPr>
              <w:spacing w:line="324" w:lineRule="auto"/>
            </w:pPr>
          </w:p>
          <w:p w14:paraId="58B7926F" w14:textId="77777777" w:rsidR="00093CA2" w:rsidRDefault="00093CA2" w:rsidP="00572DF5">
            <w:pPr>
              <w:spacing w:line="324" w:lineRule="auto"/>
            </w:pPr>
          </w:p>
          <w:p w14:paraId="50726526" w14:textId="77777777" w:rsidR="00093CA2" w:rsidRDefault="00093CA2" w:rsidP="00572DF5">
            <w:pPr>
              <w:spacing w:line="324" w:lineRule="auto"/>
            </w:pPr>
          </w:p>
          <w:p w14:paraId="252DD555" w14:textId="673AF0D0" w:rsidR="00093CA2" w:rsidRDefault="00093CA2" w:rsidP="00572DF5">
            <w:pPr>
              <w:spacing w:line="324" w:lineRule="auto"/>
            </w:pPr>
          </w:p>
          <w:p w14:paraId="312628D4" w14:textId="77777777" w:rsidR="00093CA2" w:rsidRDefault="00093CA2" w:rsidP="00572DF5">
            <w:pPr>
              <w:spacing w:line="324" w:lineRule="auto"/>
            </w:pPr>
          </w:p>
        </w:tc>
      </w:tr>
    </w:tbl>
    <w:p w14:paraId="095F5805" w14:textId="5CA67559" w:rsidR="00000000" w:rsidRDefault="00000000" w:rsidP="00093CA2">
      <w:pPr>
        <w:keepNext/>
        <w:spacing w:before="240" w:after="100" w:line="268" w:lineRule="auto"/>
      </w:pPr>
    </w:p>
    <w:sectPr w:rsidR="000065EB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063212">
    <w:abstractNumId w:val="8"/>
  </w:num>
  <w:num w:numId="2" w16cid:durableId="986322912">
    <w:abstractNumId w:val="6"/>
  </w:num>
  <w:num w:numId="3" w16cid:durableId="1862157507">
    <w:abstractNumId w:val="5"/>
  </w:num>
  <w:num w:numId="4" w16cid:durableId="1691367753">
    <w:abstractNumId w:val="4"/>
  </w:num>
  <w:num w:numId="5" w16cid:durableId="731469281">
    <w:abstractNumId w:val="7"/>
  </w:num>
  <w:num w:numId="6" w16cid:durableId="583536706">
    <w:abstractNumId w:val="3"/>
  </w:num>
  <w:num w:numId="7" w16cid:durableId="1034959522">
    <w:abstractNumId w:val="2"/>
  </w:num>
  <w:num w:numId="8" w16cid:durableId="1596598304">
    <w:abstractNumId w:val="1"/>
  </w:num>
  <w:num w:numId="9" w16cid:durableId="2097550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CA2"/>
    <w:rsid w:val="0015074B"/>
    <w:rsid w:val="0029639D"/>
    <w:rsid w:val="00326F90"/>
    <w:rsid w:val="007C6C0B"/>
    <w:rsid w:val="00AA1D8D"/>
    <w:rsid w:val="00B47730"/>
    <w:rsid w:val="00CB0664"/>
    <w:rsid w:val="00D866F4"/>
    <w:rsid w:val="00F26445"/>
    <w:rsid w:val="00FA20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B5066F"/>
  <w14:defaultImageDpi w14:val="300"/>
  <w15:docId w15:val="{F02F35DF-6BB2-7D4E-A011-3A2BEB24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Helen Miu</cp:lastModifiedBy>
  <cp:revision>3</cp:revision>
  <dcterms:created xsi:type="dcterms:W3CDTF">2026-10-01T13:12:00Z</dcterms:created>
  <dcterms:modified xsi:type="dcterms:W3CDTF">2026-10-01T13:19:00Z</dcterms:modified>
  <cp:category/>
</cp:coreProperties>
</file>